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👩‍🏫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מדריך למורה – החבר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אלזה מורנטה · 4 שיעורים, מפתחות ומחוונים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היצירה נקראת מהמקראה הכיתתית.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שיעור 1: מי הוא "רב־מלאך"? – תדמית ורושם ראשוני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⏱️ 45 דקות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את המספר, את החבר ואת עולם הכיתה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לאתר מילים שבונות תדמית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להבחין בין מה שרואים לבין מה שמדמיינים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🎬 פתיחה (7 דק׳): "רושם ראשוני": מציגים תמונה של שני אנשים (או מתארים בעל־פה): מי מהם עשיר? מי מאושר? כל אחד ואחת כותבים ניחוש וסיבה אחת. שיחה: על מה התבססנו? מה איננו יכולים לדעת מבחוץ?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קריאה (12 דק׳): קוראים את פתיחת היצירה במקראה הכיתתית – עד שהאישה והחבר הולכים יחד הביתה. קריאה בקול (המורה או קריאה בתורות), עצירות קצרות להבהרת מילים מהמילון שבאתר.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🧩 עבודה בזוגות (15 דק׳): 1. באילו מילים מתאר המספר את רוב התלמידים? ובאילו את החבר? 2. מהו הכינוי שנתן לחבר, ומה הוא מגלה על רגשותיו? 3. מה הכיתה מניחה על עושרו של החבר – ועל סמך אילו פרטים? 4. מלאו טבלה: "מה ראו" / "מה דמיינו".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🗣️ שיתוף (7 דק׳): זוגות מציגים פרט אחד מהטבלה. המורה מרכזת על הלוח מפת תדמית של החבר.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🎟️ סגירה (4 דק׳): כרטיס יציאה: "משפט אחד שמראה שהמספר מעריץ את החבר – והמילה החשובה בו היא…". שאלת סקרנות לשיעור הבא: מי באמת האישה שבשער?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משימת 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קראו שוב את תיאור האישה. סמנו שלושה פרטים שמעוררים בכם שאלה.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טבלה עם בנק מילים, קריאה בקול, 2 שאלות במקום 4.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מילון חזותי פתוח, משפטים קצרים, תשובה במילה/ציור.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העשרה: כתבו פסקה: איך השפה של המספר ("רב־מלאך", "מלכותי") מעצבת את דעתנו?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שיעור 2: הבכי והמפנה – רמזים מטרימים ופואנטה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⏱️ 45 דקות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להבין את השיא והמפנה בחלק א׳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את המושגים רמז מטרים ופואנטה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לבנות מבנה עלילה (פתיחה–סיבוך–שיא–התרה–סיום)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❓ פתיחה (5 דק׳): "שאלת הבלש": מי שסימן פרטים בבית – אילו פרטים באישה נראו לכם מוזרים? רושמים על הלוח בלי לפתור.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קריאה (10 דק׳): קוראים במקראה את סצנת הבכי ואת הגילוי שלמחרת. עוצרים לפני הגילוי: מה לדעתכם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📚 מושגים (8 דק׳): הסבר קצר: רמז מטרים – פרט שמכין את הקוראים למה שיקרה; פואנטה – סוף שמאיר את כל הסיפור באור חדש. חוזרים לרשימת הפרטים מהפתיחה – כמה מהם התבררו כרמזים?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פעילות "צייד הרמזים" (12 דק׳): בזוגות או במחשב: הפעילות האינטראקטיבית באתר. לכל רמז – מה הוא רומז ולמה לא שמנו לב בקריאה ראשונה.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🪜 מבנה עלילה (7 דק׳): ממלאים מדרגות עלילה לחלק א׳: פתיחה, סיבוך, שיא, התרה, סיום.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🎟️ סגירה (3 דק׳): כרטיס יציאה: "הרמז שהכי הפתיע אותי הוא… כי…".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משימת 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3–4 שורות: איך הייתם מרגישים במקום החבר ביום הבכי?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רשימת 6 פרטים מוכנה – מסמנים כן/לא; רמז אחרי שתי טעויות.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כרטיסי תמונה לפרטים (צמה, חיוך, פנים עייפות).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העשרה: האם ההפתעה "הוגנת"? כתבו טיעון: האם הסופרת נתנה מספיק רמזים?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🏪 שיעור 3: בחנות – עלבון, מספר גיבור ושני מישורי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⏱️ 45 דקות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לנתח את העימות בחנות ואת מבנה חלק ב׳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להבין מהו מספר גיבור ומה הם שני מישורי הזמן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לדון בשאלה: האם הייתה כאן העמדת פנים?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💬 פתיחה (5 דק׳): "מילה שנשארה": חשבו (בלי לשתף) על מילה פוגעת ששמעתם או אמרתם ונשארה איתכם. למה מילים נשארות?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קריאה (10 דק׳): קוראים במקראה את המפגש בחנות ואת הסיום. שתי עמודות על הלוח: מה עשה החבר / מה עשה המספר.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🧠 ניתוח (12 דק׳): מי פגע ראשון? איזה עלבון קשה יותר ולמה? מה פירוש "איני יודע מי צר בשבילי…"? מושגים: מספר גיבור (גוף ראשון, סובייקטיבי) ושני מישורי זמן – הנער שפעל, והמבוגר שמבין.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⚖️ דיון בשתי טענות (13 דק׳): הכיתה מתחלקת לשתי קבוצות: "הם העמידו פנים" מול "לא הייתה כאן העמדת פנים". כל קבוצה מביאה שלוש ראיות מהיצירה. סיכום: מה שתי הטענות מלמדות על התדמית?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🎟️ סגירה (5 דק׳): שאלה למחשבה: מתי יכול היה המספר למנוע את ההידרדרות? כתבו רגע אחד ומה היה צריך לעשות.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משימת 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מלאו מדרגות עלילה לחלק ב׳.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טבלת ראיות עם משפטים מוכנים לבחירה; עבודה בקבוצה קטנה.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מילון: חרשן, בוז, נחיתות, חרטה; תשובות במשפט קצר.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העשרה: האם אפשר לסמוך על המספר? כתבו פסקת טיעון עם שתי ראיות.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שיעור 4: משלכם – מכתב אחרי עשר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⏱️ 45 דקות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לסכם את הנושאים: חברות, תדמית, בושה, אשמה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מכתב לא רשמי מנקודת מבט של דמות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להשתמש בפרטים מהיצירה כדי לבסס כתיבה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🕰️ פתיחה (5 דק׳): "עשר שנים אחר כך": מה לדעתכם עלה בגורל החבר? ובגורל המספר? שתי דקות של רעיונות חופשיים.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📝 תזכורת: מבנה מכתב (5 דק׳): פנייה, פתיחה, גוף (מה קרה, מה הרגשתי, מה הבנתי), בקשה/משאלה, סיום וחתימה. משלב לא רשמי.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✍️ כתיבה (25 דק׳): בחרו: (א) המספר כותב לחבר – מתאר את הפגישה בחנות מנקודת מבטו ומסביר למה אמר את מה שאמר; או (ב) החבר עונה למספר – מתנצל או לא מתנצל, ומסביר. לפחות 12 שורות, שלושה פרטים מהיצירה.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🎤 שיתוף (8 דק׳): 2–3 מתנדבים קוראים. משוב "כוכב ומשאלה" (דבר אחד טוב, הצעה אחת).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❤️ סגירה (2 דק׳): משפט אחד: מה הסיפור לימד אותי על חברות?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משימת 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ליטוש המכתב לפי המחוון שבדף התרגול.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שלד מכתב עם פתיחי משפטים; 6–8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בנק מילים רגשי + פתיחי משפטים; אפשר לכתוב 6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העשרה: כתבו שני מכתבים – של המספר ותשובת החבר – בשני קולות שונים.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🔑 מפתחות תשובות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סדר האירועים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המספר מתאר את הכיתה ואת החבר היפה – "רב־מלאך".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הכיתה מדמיינת שהחבר עשיר ושביתו מלכותי.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אישה עם צמה זהובה באה לקחת את החבר מבית הספר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החבר קורא למספר בשמו הפרטי, והמספר גאה.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החבר פורץ בבכי מר ליד שולחן המורה.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מתברר שאמו מתה – והיא הייתה "המשרתת".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הכיתה מגיבה בבוז, והחבר עוזב את בית הספר.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הדוד לוקח את החבר לעבוד בחנות כשוליה.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המספר נכנס לחנות, והחבר קורא לו "חרשן".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המספר עונה "בן של משרתת" ובורח מהחנות.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המספר הבוגר מוכן לשבת בכלא במקום החבר.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תכונות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תכונה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דמות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ראיה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הראשון בכיתה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🧑‍🎓 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"הראשון בכיתה הייתי אני"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בעל נטייה פיוטית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🧑‍🎓 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מכנה את החבר "רב־מלאך"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מתמלא גאווה מקרבה לחבר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🧑‍🎓 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גאה כשהחבר קורא לו בשמו הפרטי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מתחרט שנים אחר כך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🧑‍🎓 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"הייתי מוכן לשבת במקומו"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 ומבריק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👼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מרדן ועצל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👼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מתאמץ להיות הראשון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 בעוני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👼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מציג את אמו כמשרתת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מגן על עצמו בהתקפה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👼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 למספר "חרשן"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מסורה לבנה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👩‍🦳 האם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לוקחת את הילקוט במסירות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עייפה וחולה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👩‍🦳 האם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לחיים חיוורות, עפעפיים רפויים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שומרת על הסוד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👩‍🦳 האם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מחליפה איתו חיוך של סוד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"לא יפים ולא מכוערים"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 בני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רקע מנוגד 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בונים תדמית מדמיון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 בני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מדמיינים בית מלכותי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מגיבים בבוז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 בני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"הקומדיה המאוסה… עוררה בנו בוז"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ציטוטים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ציטוט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משמעות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"כמו מים שנשארו צלולים"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הצחוק של החבר נשאר טהור ונקי בזיכרון המספר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"הצטייר בעינינו מלכותי"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דמיינה את ביתו כמפואר בלי לראות אותו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"כמנהג פשוטות העם"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התסרוקת של האישה רמזה שהיא אישה פשוטה וענייה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"שותפות לדבר עבֵרה"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ולאישה היה סוד משותף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"מר כמו זה של מבוגרים בכאבם"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 של כאב עמוק ואמיתי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"הנקמה נשמרה בשבילי"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יהיה זה שיפגע בחבר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"חיוך קטן מאולץ של ילד מוכה"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מסתיר כאב ומנסה לשמור על כבודו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"איני יודע מי צר בשבילי…"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מרגיש שהמשפט הפוגע כאילו לא שלו – הוא מתבייש בו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"הייתי מוכן לשבת במקומו"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מרגיש אשמה ואהבה עמוקות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חידון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בן כמה היה המספר בזמן האירועים?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כינוי נתן המספר לחבר בלבו?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חשבה הכיתה שהחבר עשיר?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הייתה האישה שחיכתה לחבר בשער?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פרט באישה רומז על קשר משפחתי לחבר?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הזהובה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כשהחבר נקרא להיבחן?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פרץ בבכי 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הגיבה הכיתה לגילוי האמת?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עבד החבר אחרי שעזב את בית הספר?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בחנות של הדוד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מילה אמר החבר למספר בחנות?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ענה המספר?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"בן של משרתת"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מרגיש המספר הבוגר כלפי החבר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אהבה, אשמה וחרטה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מאיזו נקודת מבט מסופר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גיבור בגוף ראשון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רמזים מטרימים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פרט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רמז?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שיער זהב ארוך.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קשור לצמה הזהובה של האישה – רמז לקשר משפחתי.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צמה "כעשויה מזהב מוצק".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אותו צבע זהב – אמא ובן.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אסופה "כמנהג פשוטות העם".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מסגיר שהיא אישה פשוטה וענייה.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לחיים חיוורות ועפעפיים של מי שישן מעט.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למחלה ולעייפות – והיא תמות בקרוב.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השניים מחליפים חיוך של סוד.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יחסי אדון ומשרתת – אלא קשר קרוב.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לא ראה את ביתו של החבר.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אולי יש סיבה שהוא לא מזמין אף אחד.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הם הולכים יחד הביתה.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 לא "הולכת יחד" – זה מנהג של משפחה.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היה הראשון בכיתה.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 על המספר – לא רומז על הגילוי.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בכיתה היו תלמידים רבים "לא יפים ולא מכוערים".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רקע לכיתה – לא רמז למפנה.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ספרי החבר כרוכים בקרטון אדום ומבריק.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 דווקא חיזק את התדמית של עושר (הטעיה).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📏 מחוונים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מכתב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מלא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חלקי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חסר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פנייה, פתיחה, גוף, סיום וחתימה – מלאים ומסודרים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רוב חלקי המכתב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חסרים חלקים רבים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 ליצירה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3+ פרטים מדויקים מהיצירה, משולבים בטבעיות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1–2 פרטים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פרטים או שיש טעויות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 ורגש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 הדמות ברור; רגשות והסברים משכנעים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 הדמות חלקי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ברור מי כותב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ומשמעות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עמוק: למה אמר/עשה, מה הבין עם השנים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כללי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הסבר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והיקף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12+ שורות, לשון בהירה, פיסוק נכון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8–11 שורות או טעויות מעטות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פחות מ־8 שורות או טעויות רבות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תשובה ספרותית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מלא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חלקי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חסר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 שעונה על השאלה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חלקית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טענה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ראיות מהיצירה (ציטוט קצר או תיאור)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ראיה אחת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ראיה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40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מסביר איך הראיה מוכיחה את הטענה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כללי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הסבר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♿ מפת התאמות והנגשות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מסלול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מותאם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🟦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הפעילויות; 3 אפשרויות; כתיבה מלאה.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🟩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הקראה בכל טקסט; 2 אפשרויות; רמז אחרי 2 טעויות; בלי שעון; בנק מילים; אותיות גדולות.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🟧 עולים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חזותי (אימוג׳י + הסבר); משפטים קצרים בלי ניקוד; בנק מילים.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🚀 העשרה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חשיבה מסדר גבוה; חיבור טיעוני.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מדריך למורה –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