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🤝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החבר – אלזה מורנטה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חוברת לימוד · חטיבת ביניים · מסלול רגיל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את היצירה קוראים במקראה הכיתתית.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תוכן החוברת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על הסופרת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הסיפור – סצנה אחרי סצנה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מבנה העלילה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אמצעים ספרותיים ונושאים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שאלות ומשימות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משימת כתיבה וכרטיס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על הסופרת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אלזה מורנטה (1912–1985) נולדה ברומא שבאיטליה והייתה מהסופרות החשובות של איטליה במאה ה־20.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היא כתבה רומנים, סיפורים קצרים ושירה, ורבות מיצירותיה עוסקות בילדות, במשפחה, בעוני ובבדידות – תמיד דרך עיניים של דמויות רגישות.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ב"החבר" היא מתארת מבט לאחור של אדם בוגר על חברות מגיל 13 – חברות של הערצה, סוד, בושה ועלבון.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הסיפור – סצנה אחרי סצנה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🏫 סצנה 1: הפתיחה: הכיתה והחבר המיוחד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אדם בוגר נזכר בעצמו בגיל 13, כשהיה תלמיד גימנסיה והתלמיד המצטיין בכיתה, נער עם "נטייה פיוטית" (נשמה של משורר).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רוב בני הכיתה מתוארים כרגילים – לא יפים ולא מכוערים. אבל אחד בולט: נער יפה, נבון מאוד, קצת מרדן ועצל. כולם בטוחים שאילו רק רצה – היה הופך לראשון 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המספר מעריץ אותו, ובלבו מכנה אותו "רב־מלאך".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💬 ציטוט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"צץ בי רצון לקרוא לו רב–מלאך" – הכינוי מראה הערצה כמעט דתית – החבר נראה לו מושלם ונעלה.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✨ סצנה 2: התדמית: שיער זהב וספרים אדומים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המספר נזכר בשיער הזהב, בפנים העדינות, במבט הגאה ובצחוק הילדותי והצלול של החבר.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החבר תמיד מסורק, עונב עניבות יפות, וספריו כרוכים בכריכה אדומה ומבריקה. הכיתה מסיקה שהוא העשיר מכולם.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איש לא ביקר בביתו – ודווקא לכן הבית שלו מצטייר בדמיונם כמו ארמון.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💬 ציטוט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"הצטייר בעינינו מלכותי" – הכיתה בונה תדמית מתוך דמיון – לא מתוך ידיעה.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👩‍🦳 סצנה 3: "המשרתת" בשער בית הספר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מחכה לחבר אישה גבוהה, שקטה ושומרת מרחק, עם פנים חיוורות ועייפות וצמה זהובה כבדה האסופה מאחור – תסרוקת של נשים פשוטות. לדברי החבר, היא המשרתת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השניים מחליפים חיוך קטן של סוד, האישה לוקחת ממנו את הילקוט, והם הולכים יחד הביתה.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באותה תקופה החבר קורא למספר בשמו הפרטי, אאוגוסטו, ולשאר התלמידים בשם המשפחה – והמספר מתמלא גאווה.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💬 ציטוט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"שותפות לדבר עבֵרה" – רק בדיעבד, כמבוגר, המספר מבין שהחיוך היה סוד משותף – רמז מטרים.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😢 סצנה 4: השיא: הבכי ליד שולחן המורה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יום אחד החבר נקרא לקדמת הכיתה כדי להיבחן. בעיניו פחד נסתר. כבר בשאלה הראשונה הוא פורץ בבכי.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זה לא בכי של ילד, אלא בכי כבד ומר של מבוגר כואב – ראש מורכן בין הזרועות, גוף רועד.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בני הכיתה מרגישים אי־נוחות מציקה, כמו כשרואים גבר בוכה.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💬 ציטוט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"מר כמו זה של מבוגרים בכאבם" – הדימוי מכין אותנו לכך שהכאב שלו גדול ואמיתי – לא כאב של ילד מפונק.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💡 סצנה 5: המפנה: הסוד נחשף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למחרת מתברר: אמו של החבר, שהייתה חולה כמה ימים, מתה בלילה. והאישה "המשרתת" שחיכתה לו בשער – הייתה אמו.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החבר התבייש בעוני של משפחתו והעמיד פנים שהיא משרתת.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במקום חמלה, הכיתה מגיבה בבוז. החבר כבר לא חוזר לבית הספר, ולכן איש לא יכול "להתנקם" בו. המספר כותב: הנקמה נשמרה בשבילו.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💬 ציטוט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"הנקמה נשמרה בשבילי" – משפט קצר ומאיים שמכין את המפגש בחנות.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🏪 סצנה 6: בחנות של הדוד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החבר, יתום מאב ועכשיו גם מאם, נלקח על ידי דוד בעל חנות ועובד אצלו כשוליה.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חודשים אחר כך המספר נכנס במקרה לחנות – ישר משיעור, ספרים מתחת לזרוע. החבר לבוש בגד צר וקצר מדי, אבל פניו עדיין יפות כל כך, ושוב עולה בלב המספר הכינוי "רב־מלאך".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החבר מחייך חיוך מאולץ, כמו ילד מוכה שלא רוצה להראות שכואב לו. המספר עומד קר ושותק מאחורי הדוכן.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💬 ציטוט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"חיוך קטן מאולץ של ילד מוכה" – הדימוי חושף את הפגיעוּת שמאחורי החיוך.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⚡ סצנה 7: העימות: שתי מילים פוגעות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החבר מנחש את הבוז, עיניו נדלקות ביהירות, והוא לוחש למספר: "חרשן".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המספר עונה במשפט שעד היום נשמע לו זר, כאילו מישהו אחר שם אותו בפיו: "בן של משרתת".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פני החבר מסמיקות ואז מחווירות. ברגע הזה, כשהחבר נראה חסר הגנה, חוזרת אל המספר אהבת הילדות במלואה – והוא בורח בריצה מן החנות.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💬 ציטוט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""בן של משרתת", אמרתי לו" – עלבון שפוגע בנקודה הכואבת ביותר – באם שמתה ובבושה.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🕰️ סצנה 8: הסיום: חרטה שנשארת לכל החיים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מאז המספר לא ראה את החבר ולא שמע עליו.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משער, בלי לדעת למה, שהחבר נמצא בכלא – ומודה שהיה מוכן לשבת במקומו, ובלבד שישוחרר.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הסוף פתוח: אין פיוס ואין תשובה – רק אשמה, אהבה וזיכרון.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💬 ציטוט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"הייתי מוכן לשבת במקומו" – הגזמה שמראה עד כמה עמוקה האשמה – והאהבה.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🪜 מבנה העלילה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קורה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הצגת המספר, הכיתה והחבר היפה והמוערץ – "רב־מלאך".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"משרתת" באה לקחת את החבר מבית הספר בכל יום.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פורץ בבכי מר ליד שולחן המורה.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מתברר שאמו מתה – והיא הייתה "המשרתת".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בוז של הכיתה; החבר עוזב את בית הספר.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חלק ב׳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קורה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מגלה במקרה שהחבר עובד בחנות הדוד.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מראה עלוב: בגד צר וקצר, חיוך מאולץ; המספר קר ושותק.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עימות מילולי: "חרשן" מול "בן של משרתת".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רואה את פגיעת החבר, אהבתו חוזרת – והוא נמלט.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חרטה ואשמה עד היום; "מוכן לשבת במקומו".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🧑‍🤝‍🧑 הדמויות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🧑‍🎓 המספר – אאוגוסטו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דמות ראשית ומספר גיבור (גוף ראשון)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תלמיד מצטיין שמעריץ את החבר ונהנה מכל סימן של קרבה ממנו. כשהסוד נחשף הוא נסחף אחרי הבוז של הכיתה, ובחנות – כשהחבר פוגע בו – הוא מחזיר במכה כואבת הרבה יותר. כמבוגר הוא מבין את חומרת המעשה, ונושא חרטה ואהבה כל חייו.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👼 החבר – "רב־מלאך"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דמות משנית מרכזית (ללא שם!)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נער יפה ומוכשר שכולם מניחים שהוא עשיר. מאחורי התדמית מסתתרים עוני, אם חולה ובושה גדולה. אחרי מות אמו הוא נשאר יתום, עוזב את הלימודים ועובד כשוליה. גם כשהוא נפגע – הוא מנסה לשמור על כבודו ותוקף בחזרה ("חרשן").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👩‍🦳 האם – "המשרתת"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דמות משנית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אישה פשוטה, עייפה וחיוורת, עם צמה זהובה כמו שיער בנה. היא משתפת פעולה עם הסוד, לוקחת את הילקוט "כמו משרתת" ומקריבה את כבודה כדי שבנה ייראה מכובד. מסירותה מעוררת שאלה: מי באמת שירת את מי?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👥 בני הכיתה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דמות קיבוצית (רקע)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קבוצה שמשמשת רקע מנוגד לחבר. הם מעריצים אותו, מדמיינים את ביתו כארמון, ובגילוי האמת מרגישים מרומים ומגיבים בבוז במקום בחמלה. דרכם הסיפור מראה את כוחה של החבורה.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🧔 הדוד בעל החנות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דמות שולית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הקרוב היחיד שנותר לחבר. הוא מקבל אותו לביתו, אבל מעמיד אותו לעבוד בחנות – וכך נקטעת הילדות והלימודים של החבר.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🎭 תדמית מול מציאות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הכיתה חשבה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התברר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הוא העשיר מכולם.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עני ומתבייש בעוניו.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ביתו של החבר מלכותי.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"המשרתת" היא אמו.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לחבר יש משרתת פרטית.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 חולה ועייפה.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יהיר כי הכול בא לו בקלות.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יתום מאב.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הגורל מפנק אותו.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יעבוד כשוליה בחנות.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🎨 אמצעים ספרותיים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🗣️ מספר גיבור (גוף ראשון) – המספר הוא גם דמות בסיפור. אנחנו רואים הכול רק דרך עיניו – ולכן התמונה סובייקטיבית, ולפעמים אפשר לפקפק 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🕰️ שני מישורי זמן – זמן ההתרחשות – המספר נער בן 13. זמן הסיפֵּר – המספר אדם בוגר שמביט לאחור, מבין יותר ומתחרט. ("שהיום אני רואה בו…")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🔎 רמזים מטרימים – פרטים קטנים שמכינים אותנו למפנה: הצמה הזהובה כמו שיער החבר, החיוך המשותף, הפנים העייפות, הבית שאיש לא 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💥 מפנה ופואנטה – הגילוי שהמשרתת היא האם מאיר באור חדש את כל מה שקראנו קודם. בקריאה שנייה – הכול נראה אחרת.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🪞 ניגודים – עושר מול עוני, יופי מול עליבות, יהירות מול בושה, הערצה מול בוז, ספרים אדומים מבריקים מול בגד צר וקצר.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🌊 דימויים – "כמו מים שנשארו צלולים" – הצחוק נשאר טהור בזיכרון; בכי "מר כמו של מבוגרים"; "חיוך של ילד מוכה".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👼 כינוי סמלי – "רב־מלאך" – הערצה שמרימה את החבר מעל כולם; הכינוי חוזר גם בחנות, ומראה שהאהבה לא נעלמה.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🟨 סמל הזהב – שיער הזהב של החבר והצמה "מזהב מוצק" של האם – הזהב הוא מה שמחבר בין השניים ומרמז על הקשר המשפחתי.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❓ סיום פתוח ושמות – לחבר אין שם – הוא "החבר". הסוף לא סגור: איננו יודעים מה עלה בגורלו. הקוראים מוזמנים לחשוב ולהשלים.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💭 נושאים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🤝 חברות והערצה – חברות בגיל ההתבגרות יכולה להיות מלאה הערצה – ולכן גם שבירה מאוד. המספר אוהב את החבר, אבל לא יודע לעמוד לצדו ברגע האמת.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🎭 תדמית מול מציאות – הכיתה בנתה תדמית של "נער עשיר" מתוך פרטים חיצוניים. הסיפור שואל: עד כמה אנחנו באמת מכירים את מי שלידנו?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💰 עוני, מעמד ובושה – החבר התבייש בעוני ובאמו הפשוטה. הבושה הובילה להעמדת פנים – ואחר כך לבדידות.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👥 כוחה של החבורה – הבוז של הכיתה "נדבק" גם למספר. הסיפור מראה איך קבוצה יכולה להפוך הערצה לנקמה.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🛡️ נאמנות ובגידה – מי היה נאמן? האם המסורה, החבר שהגן על סודו – והמספר שבגד ברגע אחד של כעס.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🧸 ילדות ואובדן – החבר מאבד את אמו, את הלימודים ואת הילדות. גם המספר מאבד משהו: את התמימות.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😔 אשמה, חרטה וזיכרון – המספר הבוגר מתחרט כל חייו. מילה אחת פוגעת יכולה להדהד שנים רבות.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📝 שאלות ומשימות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בן כמה היה המספר בזמן האירועים?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13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16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כינוי נתן המספר לחבר בלבו?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נסיך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רב־מלאך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אלוף הכיתה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מדוע חשבה הכיתה שהחבר עשיר?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הגיע במכונית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בגדיו המסודרים, עניבותיו וספריו המבריקים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סיפר על הארמון שלו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 הייתה האישה שחיכתה לחבר בשער?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משרתת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דודתו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פרט באישה רומז על קשר משפחתי לחבר?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הצמה הזהובה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הנעליים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הקול שלה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קרה כשהחבר נקרא להיבחן?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ענה נכון על הכול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פרץ בבכי מר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ברח מהכיתה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פרשנות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באילו מילים מתאר המספר את רוב התלמידים, ובאילו את החבר? מה מלמד הניגוד?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מהו המפנה בסיפור? ציינו רמז מטרים אחד והסבירו כיצד הוא תורם להבנת המפנה.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תארו את הפער בין התדמית של "רב־מלאך" לבין דמותו האמיתית. בססו על היצירה.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מי פגע ראשון בחנות? איזה עלבון קשה יותר,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מהם שני מישורי הזמן בסיפור? מה מבין המבוגר שהנער לא הבין?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משימת כתיבה – עברו 10 שנים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המספר כותב מכתב לחבר: מתאר את הפגישה בחנות מנקודת מבטו ומסביר למה אמר את מה שאמר. או: החבר עונה – מתנצל או לא מתנצל, ומסביר.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מבנה מכתב לא רשמי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לפחות 12 שורות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לפחות 3 פרטים מהיצירה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מלא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חלקי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חסר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פנייה, פתיחה, גוף, סיום וחתימה – מלאים ומסודרים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רוב חלקי המכתב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חסרים חלקים רבים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נאמנות ליצירה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3+ פרטים מדויקים מהיצירה, משולבים בטבעיות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1–2 פרטים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פרטים או שיש טעויות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מבט ורגש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קול הדמות ברור; רגשות והסברים משכנעים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קול הדמות חלקי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ברור מי כותב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ומשמעות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עמוק: למה אמר/עשה, מה הבין עם השנים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כללי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הסבר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והיקף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12+ שורות, לשון בהירה, פיסוק נכון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8–11 שורות או טעויות מעטות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פחות מ־8 שורות או טעויות רבות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על חברות מהסיפור: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רגע אחד שבו המספר יכול היה לבחור אחרת: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לימוד – החבר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