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🤝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החבר – אלזה מורנטה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לימוד · חטיבת ביניים · מסלול חנ״מ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📖 את היצירה קוראים במקראה הכיתתית.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תוכן החוברת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על הסופרת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הסיפור – סצנה אחרי סצנה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מבנה העלילה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הדמויות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אמצעים ספרותיים ונושאים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שאלות ומשימות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7. משימת כתיבה וכרטיס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על הסופרת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אלזה מורנטה (1912–1985) נולדה ברומא שבאיטליה והייתה מהסופרות החשובות של איטליה במאה ה־20.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היא כתבה רומנים, סיפורים קצרים ושירה, ורבות מיצירותיה עוסקות בילדות, במשפחה, בעוני ובבדידות – תמיד דרך עיניים של דמויות רגישות.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ב"החבר" היא מתארת מבט לאחור של אדם בוגר על חברות מגיל 13 – חברות של הערצה, סוד, בושה ועלבון.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הסיפור – סצנה אחרי סצנה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אאוגוסטו הוא תלמיד טוב. הוא בן 13.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בכיתה יש ילד יפה וחכם. אאוגוסטו קורא לו בלב "רב־מלאך".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כל הילדים חושבים: החבר עשיר.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כל יום אישה באה לקחת את החבר. הוא אומר: "היא המשרתת שלי".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יום אחד החבר בוכה מאוד בכיתה.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6. למחרת כולם יודעים: אמא שלו מתה. האישה הייתה אמא שלו. הוא התבייש, כי הם עניים.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7. הילדים בכיתה מזלזלים בו. החבר עוזב את בית הספר ועובד בחנות של הדוד.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8. אאוגוסטו פוגש אותו בחנות. החבר אומר: "חרשן". אאוגוסטו עונה: "בן של משרתת" – ובורח.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9. היום אאוגוסטו מבוגר. הוא מצטער מאוד ועדיין אוהב את החבר.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רב־מלאך  |  תדמית  |  בוז  |  בושה  |  עוני  |  משרתת  |  חנות  |  חרטה  |  יתום  |  סוד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מבנה העלילה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קורה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הצגת המספר, הכיתה והחבר היפה והמוערץ – "רב־מלאך".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אישה "משרתת" באה לקחת את החבר מבית הספר בכל יום.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פורץ בבכי מר ליד שולחן המורה.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מתברר שאמו מתה – והיא הייתה "המשרתת".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בוז של הכיתה; החבר עוזב את בית הספר.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חלק ב׳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קורה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מגלה במקרה שהחבר עובד בחנות הדוד.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סיבוך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תיאור מראה עלוב: בגד צר וקצר, חיוך מאולץ; המספר קר ושותק.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עימות מילולי: "חרשן" מול "בן של 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המספר רואה את פגיעת החבר, אהבתו חוזרת – והוא נמלט.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סיום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חרטה ואשמה עד היום; "מוכן לשבת במקומו".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🧑‍🤝‍🧑 הדמויות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🧑‍🎓 המספר – אאוגוסטו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דמות ראשית ומספר גיבור (גוף ראשון)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תכונות: מצטיין ושאפתן, רגיש ובעל נטייה פיוטית, מעריץ את החבר, מושפע מהחבורה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👼 החבר – "רב־מלאך"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דמות משנית מרכזית (ללא שם!)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תכונות: יפה־תואר ומבריק, מרדן ועצל, גאה ויהיר כלפי חוץ, מתבייש בעוני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👩‍🦳 האם – "המשרתת"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דמות משנית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תכונות: מסורה ואוהבת, עייפה וחולה, שקטה וגאה, שומרת על סוד בנה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🎭 תדמית מול מציאות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הכיתה חשבה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מה התברר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הוא העשיר מכולם.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עני ומתבייש בעוניו.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ביתו של החבר מלכותי.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"המשרתת" היא אמו.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לחבר יש משרתת פרטית.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אמו חולה ועייפה.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יהיר כי הכול בא לו בקלות.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הוא יתום מאב.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גם הגורל מפנק אותו.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הוא יעבוד כשוליה בחנות.</w:t>
            </w:r>
          </w:p>
        </w:tc>
      </w:tr>
    </w:tbl>
    <w:p>
      <w:pPr>
        <w:bidi/>
        <w:jc w:val="right"/>
      </w:pP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💭 מה הסיפור מלמד?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מה שרואים מבחוץ – זה לא כל הסיפור.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בושה יכולה לגרום לנו להסתיר דברים.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מילה פוגעת נשארת הרבה זמן.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📝 שאלות ומשימות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בן כמה היה המספר בזמן האירועים?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13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11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איזה כינוי נתן המספר לחבר בלבו?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רב־מלאך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נסיך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מדוע חשבה הכיתה שהחבר עשיר?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בגדיו המסודרים, עניבותיו וספריו המבריקים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הוא הגיע במכונית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מי הייתה האישה שחיכתה לחבר בשער?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אמו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משרתת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5. מי הייתה האישה שחיכתה לחבר? למה הוא אמר שהיא משרתת?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משימת כתיבה – עברו 10 שנים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המספר כותב מכתב לחבר: מתאר את הפגישה בחנות מנקודת מבטו ומסביר למה אמר את מה שאמר. או: החבר עונה – מתנצל או לא מתנצל, ומסביר.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מבנה מכתב לא רשמי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לפחות 6–8 שורות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לפחות 2 פרטים מהיצירה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קריטריון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מלא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חלקי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חסר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נק׳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מבנה 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פנייה, פתיחה, גוף, סיום וחתימה – מלאים ומסודרים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יש רוב חלקי המכתב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חסרים חלקים רבים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20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נאמנות ליצירה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3+ פרטים מדויקים מהיצירה, משולבים בטבעיות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1–2 פרטים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אין פרטים או שיש טעויות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נקודת מבט ורגש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קול הדמות ברור; רגשות והסברים משכנעים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קול הדמות חלקי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ברור מי כותב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תוכן ומשמעות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הסבר עמוק: למה אמר/עשה, מה הבין עם השנים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הסבר כללי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אין הסבר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15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לשון והיקף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12+ שורות, לשון בהירה, פיסוק נכון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8–11 שורות או טעויות מעטות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פחות מ־8 שורות או טעויות רבות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15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על חברות מהסיפור: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רגע אחד שבו המספר יכול היה לבחור אחרת: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לימוד – החבר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